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295" w:rsidRPr="00953AB3" w:rsidRDefault="00953AB3">
      <w:pPr>
        <w:jc w:val="center"/>
        <w:rPr>
          <w:rFonts w:ascii="Century Gothic" w:hAnsi="Century Gothic"/>
          <w:sz w:val="24"/>
          <w:szCs w:val="24"/>
        </w:rPr>
      </w:pPr>
      <w:r w:rsidRPr="00953AB3">
        <w:rPr>
          <w:rFonts w:ascii="Century Gothic" w:hAnsi="Century Gothic"/>
          <w:b/>
          <w:sz w:val="24"/>
          <w:szCs w:val="24"/>
        </w:rPr>
        <w:t>ANNEXURE-II</w:t>
      </w:r>
    </w:p>
    <w:p w:rsidR="000E1295" w:rsidRPr="00953AB3" w:rsidRDefault="00953AB3">
      <w:pPr>
        <w:jc w:val="center"/>
        <w:rPr>
          <w:rFonts w:ascii="Century Gothic" w:hAnsi="Century Gothic"/>
          <w:sz w:val="24"/>
          <w:szCs w:val="24"/>
        </w:rPr>
      </w:pPr>
      <w:r w:rsidRPr="00953AB3">
        <w:rPr>
          <w:rFonts w:ascii="Century Gothic" w:hAnsi="Century Gothic"/>
          <w:b/>
          <w:sz w:val="24"/>
          <w:szCs w:val="24"/>
        </w:rPr>
        <w:t>PROFORMA FOR JOINT UNDERTAKING IN THE FORM OF AFFIDAVIT</w:t>
      </w:r>
    </w:p>
    <w:p w:rsidR="000E1295" w:rsidRPr="00953AB3" w:rsidRDefault="00953AB3">
      <w:pPr>
        <w:jc w:val="center"/>
        <w:rPr>
          <w:rFonts w:ascii="Century Gothic" w:hAnsi="Century Gothic"/>
          <w:sz w:val="24"/>
          <w:szCs w:val="24"/>
        </w:rPr>
      </w:pPr>
      <w:r w:rsidRPr="00953AB3">
        <w:rPr>
          <w:rFonts w:ascii="Century Gothic" w:hAnsi="Century Gothic"/>
          <w:sz w:val="24"/>
          <w:szCs w:val="24"/>
        </w:rPr>
        <w:t>(ON NON-JUDICIAL STAMP PAPERS WITH NOTARY)</w:t>
      </w:r>
    </w:p>
    <w:p w:rsidR="000E1295" w:rsidRPr="00953AB3" w:rsidRDefault="00953AB3" w:rsidP="00953AB3">
      <w:pPr>
        <w:spacing w:before="240" w:after="100" w:line="240" w:lineRule="auto"/>
        <w:jc w:val="both"/>
        <w:rPr>
          <w:rFonts w:ascii="Century Gothic" w:hAnsi="Century Gothic"/>
          <w:sz w:val="24"/>
          <w:szCs w:val="24"/>
        </w:rPr>
      </w:pPr>
      <w:r w:rsidRPr="00953AB3">
        <w:rPr>
          <w:rFonts w:ascii="Century Gothic" w:hAnsi="Century Gothic"/>
          <w:sz w:val="24"/>
          <w:szCs w:val="24"/>
        </w:rPr>
        <w:t>I, __________________ (candidate’s name), S/o / D/o ________________________, bearing UG NEET 2026 Roll No ___________, UG NEET 2026 Rank _____________</w:t>
      </w:r>
    </w:p>
    <w:p w:rsidR="000E1295" w:rsidRPr="00953AB3" w:rsidRDefault="00953AB3" w:rsidP="00953AB3">
      <w:pPr>
        <w:spacing w:before="240" w:after="100" w:line="240" w:lineRule="auto"/>
        <w:jc w:val="both"/>
        <w:rPr>
          <w:rFonts w:ascii="Century Gothic" w:hAnsi="Century Gothic"/>
          <w:sz w:val="24"/>
          <w:szCs w:val="24"/>
        </w:rPr>
      </w:pPr>
      <w:r w:rsidRPr="00953AB3">
        <w:rPr>
          <w:rFonts w:ascii="Century Gothic" w:hAnsi="Century Gothic"/>
          <w:sz w:val="24"/>
          <w:szCs w:val="24"/>
        </w:rPr>
        <w:t>And</w:t>
      </w:r>
    </w:p>
    <w:p w:rsidR="000E1295" w:rsidRPr="00953AB3" w:rsidRDefault="00953AB3" w:rsidP="00953AB3">
      <w:pPr>
        <w:spacing w:before="240" w:after="100" w:line="240" w:lineRule="auto"/>
        <w:jc w:val="both"/>
        <w:rPr>
          <w:rFonts w:ascii="Century Gothic" w:hAnsi="Century Gothic"/>
          <w:sz w:val="24"/>
          <w:szCs w:val="24"/>
        </w:rPr>
      </w:pPr>
      <w:r w:rsidRPr="00953AB3">
        <w:rPr>
          <w:rFonts w:ascii="Century Gothic" w:hAnsi="Century Gothic"/>
          <w:sz w:val="24"/>
          <w:szCs w:val="24"/>
        </w:rPr>
        <w:t xml:space="preserve">I, ________________________________________________ (parent name), F/o / M/o ____________________________________, bearing UG NEET 2026 Roll No _________________, UG NEET 2026 Rank ______________ hereby give an undertaking as below, in connection with our claim with regard to certificates submitted for admission into MBBS/BDS courses for the Academic Year 2026-27 in </w:t>
      </w:r>
      <w:r w:rsidR="00AF08B7">
        <w:rPr>
          <w:rFonts w:ascii="Century Gothic" w:hAnsi="Century Gothic"/>
          <w:sz w:val="24"/>
          <w:szCs w:val="24"/>
        </w:rPr>
        <w:t xml:space="preserve">Apollo </w:t>
      </w:r>
      <w:r w:rsidRPr="00953AB3">
        <w:rPr>
          <w:rFonts w:ascii="Century Gothic" w:hAnsi="Century Gothic"/>
          <w:sz w:val="24"/>
          <w:szCs w:val="24"/>
        </w:rPr>
        <w:t>Institute of Medical Sciences and Research,</w:t>
      </w:r>
      <w:r w:rsidR="00AF08B7">
        <w:rPr>
          <w:rFonts w:ascii="Century Gothic" w:hAnsi="Century Gothic"/>
          <w:sz w:val="24"/>
          <w:szCs w:val="24"/>
        </w:rPr>
        <w:t xml:space="preserve"> Chittoor</w:t>
      </w:r>
      <w:r w:rsidRPr="00953AB3">
        <w:rPr>
          <w:rFonts w:ascii="Century Gothic" w:hAnsi="Century Gothic"/>
          <w:sz w:val="24"/>
          <w:szCs w:val="24"/>
        </w:rPr>
        <w:t xml:space="preserve"> affiliated to Dr. NTR University of Health Sciences, A.P., Vijayawada.</w:t>
      </w:r>
    </w:p>
    <w:p w:rsidR="000E1295" w:rsidRPr="00953AB3" w:rsidRDefault="00953AB3" w:rsidP="00953AB3">
      <w:pPr>
        <w:spacing w:before="240"/>
        <w:jc w:val="both"/>
        <w:rPr>
          <w:rFonts w:ascii="Century Gothic" w:hAnsi="Century Gothic"/>
          <w:sz w:val="24"/>
          <w:szCs w:val="24"/>
        </w:rPr>
      </w:pPr>
      <w:r w:rsidRPr="00953AB3">
        <w:rPr>
          <w:rFonts w:ascii="Century Gothic" w:hAnsi="Century Gothic"/>
          <w:b/>
          <w:sz w:val="24"/>
          <w:szCs w:val="24"/>
        </w:rPr>
        <w:t>UNDERTAKING</w:t>
      </w:r>
    </w:p>
    <w:p w:rsidR="000E1295" w:rsidRPr="00953AB3" w:rsidRDefault="00953AB3" w:rsidP="00953AB3">
      <w:pPr>
        <w:spacing w:before="240" w:after="100" w:line="240" w:lineRule="auto"/>
        <w:jc w:val="both"/>
        <w:rPr>
          <w:rFonts w:ascii="Century Gothic" w:hAnsi="Century Gothic"/>
          <w:sz w:val="24"/>
          <w:szCs w:val="24"/>
        </w:rPr>
      </w:pPr>
      <w:r w:rsidRPr="00953AB3">
        <w:rPr>
          <w:rFonts w:ascii="Century Gothic" w:hAnsi="Century Gothic"/>
          <w:sz w:val="24"/>
          <w:szCs w:val="24"/>
        </w:rPr>
        <w:t>We, hereby declare that all our certificates are genuine. I am very well aware that I have been given admission to the MBBS/BDS course on the basis of the documents uploaded and originals submitted by me with respect to my NEET UG Rank, Eligibility, Area and my Category.</w:t>
      </w:r>
    </w:p>
    <w:p w:rsidR="000E1295" w:rsidRPr="00953AB3" w:rsidRDefault="00953AB3" w:rsidP="00953AB3">
      <w:pPr>
        <w:spacing w:before="240" w:after="100" w:line="240" w:lineRule="auto"/>
        <w:jc w:val="both"/>
        <w:rPr>
          <w:rFonts w:ascii="Century Gothic" w:hAnsi="Century Gothic"/>
          <w:sz w:val="24"/>
          <w:szCs w:val="24"/>
        </w:rPr>
      </w:pPr>
      <w:r w:rsidRPr="00953AB3">
        <w:rPr>
          <w:rFonts w:ascii="Century Gothic" w:hAnsi="Century Gothic"/>
          <w:sz w:val="24"/>
          <w:szCs w:val="24"/>
        </w:rPr>
        <w:t>I am aware that if the submitted relevant certificate(s) is/are found to be not genuine/false documents at a later date, my admission is liable to be cancelled and I am liable for criminal prosecution, as may be legally deemed fit. Further, I agree that I abide by the Rules and Regulations of Dr. NTR University of Health Sciences, A.P., Vijayawada.</w:t>
      </w:r>
    </w:p>
    <w:p w:rsidR="000E1295" w:rsidRPr="00953AB3" w:rsidRDefault="00953AB3" w:rsidP="00953AB3">
      <w:pPr>
        <w:spacing w:before="240" w:after="100" w:line="240" w:lineRule="auto"/>
        <w:jc w:val="both"/>
        <w:rPr>
          <w:rFonts w:ascii="Century Gothic" w:hAnsi="Century Gothic"/>
          <w:sz w:val="24"/>
          <w:szCs w:val="24"/>
        </w:rPr>
      </w:pPr>
      <w:r w:rsidRPr="00953AB3">
        <w:rPr>
          <w:rFonts w:ascii="Century Gothic" w:hAnsi="Century Gothic"/>
          <w:sz w:val="24"/>
          <w:szCs w:val="24"/>
        </w:rPr>
        <w:t>I also hereby undertake that I shall not enter into legal litigation, if the seat allotted to me is cancelled, for the above reasons.</w:t>
      </w:r>
    </w:p>
    <w:tbl>
      <w:tblPr>
        <w:tblW w:w="0" w:type="auto"/>
        <w:tblLook w:val="04A0"/>
      </w:tblPr>
      <w:tblGrid>
        <w:gridCol w:w="5040"/>
        <w:gridCol w:w="5040"/>
      </w:tblGrid>
      <w:tr w:rsidR="000E1295" w:rsidRPr="00953AB3">
        <w:tc>
          <w:tcPr>
            <w:tcW w:w="5040" w:type="dxa"/>
          </w:tcPr>
          <w:p w:rsidR="000E1295" w:rsidRPr="00953AB3" w:rsidRDefault="00953AB3" w:rsidP="00953AB3">
            <w:pPr>
              <w:spacing w:before="240" w:after="0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953AB3">
              <w:rPr>
                <w:rFonts w:ascii="Century Gothic" w:hAnsi="Century Gothic"/>
                <w:sz w:val="24"/>
                <w:szCs w:val="24"/>
              </w:rPr>
              <w:t>Signature of the Parent/Guardian</w:t>
            </w:r>
          </w:p>
        </w:tc>
        <w:tc>
          <w:tcPr>
            <w:tcW w:w="5040" w:type="dxa"/>
          </w:tcPr>
          <w:p w:rsidR="000E1295" w:rsidRPr="00953AB3" w:rsidRDefault="00953AB3" w:rsidP="00953AB3">
            <w:pPr>
              <w:spacing w:before="240" w:after="0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953AB3">
              <w:rPr>
                <w:rFonts w:ascii="Century Gothic" w:hAnsi="Century Gothic"/>
                <w:sz w:val="24"/>
                <w:szCs w:val="24"/>
              </w:rPr>
              <w:t>Signature of the Candidate</w:t>
            </w:r>
          </w:p>
        </w:tc>
      </w:tr>
      <w:tr w:rsidR="000E1295" w:rsidRPr="00953AB3">
        <w:tc>
          <w:tcPr>
            <w:tcW w:w="5040" w:type="dxa"/>
          </w:tcPr>
          <w:p w:rsidR="000E1295" w:rsidRPr="00953AB3" w:rsidRDefault="00953AB3" w:rsidP="00953AB3">
            <w:pPr>
              <w:spacing w:before="240" w:after="0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953AB3">
              <w:rPr>
                <w:rFonts w:ascii="Century Gothic" w:hAnsi="Century Gothic"/>
                <w:sz w:val="24"/>
                <w:szCs w:val="24"/>
              </w:rPr>
              <w:t>Name:</w:t>
            </w:r>
          </w:p>
        </w:tc>
        <w:tc>
          <w:tcPr>
            <w:tcW w:w="5040" w:type="dxa"/>
          </w:tcPr>
          <w:p w:rsidR="000E1295" w:rsidRPr="00953AB3" w:rsidRDefault="00953AB3" w:rsidP="00953AB3">
            <w:pPr>
              <w:spacing w:before="240" w:after="0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953AB3">
              <w:rPr>
                <w:rFonts w:ascii="Century Gothic" w:hAnsi="Century Gothic"/>
                <w:sz w:val="24"/>
                <w:szCs w:val="24"/>
              </w:rPr>
              <w:t>Name:</w:t>
            </w:r>
          </w:p>
        </w:tc>
      </w:tr>
      <w:tr w:rsidR="000E1295" w:rsidRPr="00953AB3">
        <w:tc>
          <w:tcPr>
            <w:tcW w:w="5040" w:type="dxa"/>
          </w:tcPr>
          <w:p w:rsidR="000E1295" w:rsidRPr="00953AB3" w:rsidRDefault="00953AB3" w:rsidP="00953AB3">
            <w:pPr>
              <w:spacing w:before="240" w:after="0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953AB3">
              <w:rPr>
                <w:rFonts w:ascii="Century Gothic" w:hAnsi="Century Gothic"/>
                <w:sz w:val="24"/>
                <w:szCs w:val="24"/>
              </w:rPr>
              <w:t>Aadhaar No.</w:t>
            </w:r>
          </w:p>
        </w:tc>
        <w:tc>
          <w:tcPr>
            <w:tcW w:w="5040" w:type="dxa"/>
          </w:tcPr>
          <w:p w:rsidR="000E1295" w:rsidRPr="00953AB3" w:rsidRDefault="00953AB3" w:rsidP="00953AB3">
            <w:pPr>
              <w:spacing w:before="240" w:after="0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953AB3">
              <w:rPr>
                <w:rFonts w:ascii="Century Gothic" w:hAnsi="Century Gothic"/>
                <w:sz w:val="24"/>
                <w:szCs w:val="24"/>
              </w:rPr>
              <w:t>Aadhaar No.</w:t>
            </w:r>
          </w:p>
        </w:tc>
      </w:tr>
    </w:tbl>
    <w:p w:rsidR="000E1295" w:rsidRPr="00953AB3" w:rsidRDefault="00953AB3" w:rsidP="00953AB3">
      <w:pPr>
        <w:spacing w:before="240" w:after="120"/>
        <w:jc w:val="both"/>
        <w:rPr>
          <w:rFonts w:ascii="Century Gothic" w:hAnsi="Century Gothic"/>
          <w:sz w:val="24"/>
          <w:szCs w:val="24"/>
        </w:rPr>
      </w:pPr>
      <w:r w:rsidRPr="00953AB3">
        <w:rPr>
          <w:rFonts w:ascii="Century Gothic" w:hAnsi="Century Gothic"/>
          <w:sz w:val="24"/>
          <w:szCs w:val="24"/>
        </w:rPr>
        <w:t>Address:</w:t>
      </w:r>
    </w:p>
    <w:p w:rsidR="000E1295" w:rsidRPr="00953AB3" w:rsidRDefault="00953AB3" w:rsidP="00953AB3">
      <w:pPr>
        <w:spacing w:before="240" w:after="0"/>
        <w:jc w:val="both"/>
        <w:rPr>
          <w:rFonts w:ascii="Century Gothic" w:hAnsi="Century Gothic"/>
          <w:sz w:val="24"/>
          <w:szCs w:val="24"/>
        </w:rPr>
      </w:pPr>
      <w:r w:rsidRPr="00953AB3">
        <w:rPr>
          <w:rFonts w:ascii="Century Gothic" w:hAnsi="Century Gothic"/>
          <w:sz w:val="24"/>
          <w:szCs w:val="24"/>
        </w:rPr>
        <w:t xml:space="preserve">Date:                                              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Pr="00953AB3">
        <w:rPr>
          <w:rFonts w:ascii="Century Gothic" w:hAnsi="Century Gothic"/>
          <w:sz w:val="24"/>
          <w:szCs w:val="24"/>
        </w:rPr>
        <w:t>Place:</w:t>
      </w:r>
    </w:p>
    <w:sectPr w:rsidR="000E1295" w:rsidRPr="00953AB3" w:rsidSect="00034616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E1295"/>
    <w:rsid w:val="0015074B"/>
    <w:rsid w:val="002729D2"/>
    <w:rsid w:val="0029639D"/>
    <w:rsid w:val="00326F90"/>
    <w:rsid w:val="00953AB3"/>
    <w:rsid w:val="00AA1D8D"/>
    <w:rsid w:val="00AF08B7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F4940D-D3B0-46F8-AC9C-7F1A61AA2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MCI</cp:lastModifiedBy>
  <cp:revision>3</cp:revision>
  <dcterms:created xsi:type="dcterms:W3CDTF">2013-12-23T23:15:00Z</dcterms:created>
  <dcterms:modified xsi:type="dcterms:W3CDTF">2026-09-17T11:22:00Z</dcterms:modified>
  <cp:category/>
</cp:coreProperties>
</file>